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dxa" w:w="10872"/>
        <w:jc w:val="center"/>
        <w:tblLayout w:type="fixed"/>
        <w:tblLook w:firstColumn="1" w:firstRow="1" w:lastColumn="0" w:lastRow="0" w:noHBand="0" w:noVBand="1" w:val="04A0"/>
      </w:tblPr>
      <w:tblGrid>
        <w:gridCol w:w="3624"/>
        <w:gridCol w:w="3624"/>
        <w:gridCol w:w="3624"/>
      </w:tblGrid>
      <w:tr>
        <w:trPr>
          <w:trHeight w:val="1094" w:hRule="exact"/>
        </w:trPr>
        <w:tc>
          <w:tcPr>
            <w:tcW w:type="dxa" w:w="1238"/>
            <w:shd w:val="clear" w:color="auto" w:fill="1F7A8C"/>
            <w:tcMar>
              <w:top w:w="40" w:type="dxa"/>
              <w:start w:w="30" w:type="dxa"/>
              <w:bottom w:w="35" w:type="dxa"/>
              <w:end w:w="30" w:type="dxa"/>
            </w:tcMar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FFFFFF"/>
                <w:sz w:val="48"/>
              </w:rPr>
              <w:t>S</w:t>
            </w:r>
          </w:p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Noto Sans" w:hAnsi="Noto Sans" w:eastAsia="Noto Sans"/>
                <w:b/>
                <w:i w:val="0"/>
                <w:color w:val="EAF3F6"/>
                <w:sz w:val="11"/>
              </w:rPr>
              <w:t>LOGO</w:t>
            </w:r>
          </w:p>
        </w:tc>
        <w:tc>
          <w:tcPr>
            <w:tcW w:type="dxa" w:w="6523"/>
            <w:shd w:val="clear" w:color="auto" w:fill="17324D"/>
            <w:tcMar>
              <w:top w:w="45" w:type="dxa"/>
              <w:start w:w="140" w:type="dxa"/>
              <w:bottom w:w="35" w:type="dxa"/>
              <w:end w:w="110" w:type="dxa"/>
            </w:tcMar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 w:line="240" w:lineRule="auto"/>
              <w:jc w:val="left"/>
            </w:pPr>
            <w:r/>
            <w:sdt>
              <w:sdtPr>
                <w:alias w:val="School_Name"/>
                <w:tag w:val="School_Name"/>
                <w:id w:val="85322505"/>
                <w:text/>
              </w:sdtPr>
              <w:sdtContent>
                <w:r>
                  <w:rPr>
                    <w:rFonts w:ascii="Noto Sans" w:hAnsi="Noto Sans" w:eastAsia="Noto Sans"/>
                    <w:color w:val="FFFFFF"/>
                    <w:sz w:val="30"/>
                    <w:szCs w:val="30"/>
                    <w:b/>
                  </w:rPr>
                  <w:t xml:space="preserve">YOUR SCHOOL NAME</w:t>
                </w:r>
              </w:sdtContent>
            </w:sdt>
          </w:p>
          <w:p>
            <w:pPr>
              <w:keepNext w:val="0"/>
              <w:spacing w:before="0" w:after="0" w:line="240" w:lineRule="auto"/>
              <w:jc w:val="left"/>
            </w:pPr>
            <w:r>
              <w:rPr>
                <w:rFonts w:ascii="Noto Sans" w:hAnsi="Noto Sans" w:eastAsia="Noto Sans"/>
                <w:b w:val="0"/>
                <w:i w:val="0"/>
                <w:color w:val="C7D7E2"/>
                <w:sz w:val="14"/>
              </w:rPr>
              <w:t>Learning • Growth • Achievement</w:t>
            </w:r>
          </w:p>
        </w:tc>
        <w:tc>
          <w:tcPr>
            <w:tcW w:type="dxa" w:w="3110"/>
            <w:shd w:val="clear" w:color="auto" w:fill="E9B44C"/>
            <w:tcMar>
              <w:top w:w="55" w:type="dxa"/>
              <w:start w:w="80" w:type="dxa"/>
              <w:bottom w:w="40" w:type="dxa"/>
              <w:end w:w="80" w:type="dxa"/>
            </w:tcMar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17324D"/>
                <w:sz w:val="17"/>
              </w:rPr>
              <w:t>STUDENT</w:t>
            </w:r>
          </w:p>
          <w:p>
            <w:pPr>
              <w:keepNext w:val="0"/>
              <w:spacing w:before="0" w:after="0" w:line="240" w:lineRule="auto"/>
              <w:jc w:val="center"/>
            </w:pPr>
            <w:r>
              <w:rPr>
                <w:rFonts w:ascii="Noto Sans Display" w:hAnsi="Noto Sans Display" w:eastAsia="Noto Sans Display"/>
                <w:b/>
                <w:i w:val="0"/>
                <w:color w:val="17324D"/>
                <w:sz w:val="26"/>
              </w:rPr>
              <w:t>REPORT CARD</w:t>
            </w:r>
          </w:p>
        </w:tc>
      </w:tr>
    </w:tbl>
    <w:p>
      <w:pPr>
        <w:keepNext w:val="0"/>
        <w:spacing w:before="0" w:after="0" w:line="36" w:lineRule="auto"/>
      </w:pPr>
    </w:p>
    <w:tbl>
      <w:tblPr>
        <w:tblW w:type="dxa" w:w="10872"/>
        <w:jc w:val="center"/>
        <w:tblLayout w:type="fixed"/>
        <w:tblLook w:firstColumn="1" w:firstRow="1" w:lastColumn="0" w:lastRow="0" w:noHBand="0" w:noVBand="1" w:val="04A0"/>
      </w:tblPr>
      <w:tblGrid>
        <w:gridCol w:w="2718"/>
        <w:gridCol w:w="2718"/>
        <w:gridCol w:w="2718"/>
        <w:gridCol w:w="2718"/>
      </w:tblGrid>
      <w:tr>
        <w:trPr>
          <w:trHeight w:val="432" w:hRule="exact"/>
        </w:trPr>
        <w:tc>
          <w:tcPr>
            <w:tcW w:type="dxa" w:w="1785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66727A"/>
                <w:sz w:val="13"/>
              </w:rPr>
              <w:t>STUDENT NAME</w:t>
            </w:r>
          </w:p>
        </w:tc>
        <w:tc>
          <w:tcPr>
            <w:tcW w:type="dxa" w:w="3671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</w:tcPr>
          <w:p>
            <w:pPr>
              <w:spacing w:before="0" w:after="0" w:line="240" w:lineRule="auto"/>
            </w:pPr>
            <w:r/>
            <w:sdt>
              <w:sdtPr>
                <w:alias w:val="Student_Name"/>
                <w:tag w:val="Student_Name"/>
                <w:id w:val="586683665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6"/>
                    <w:szCs w:val="16"/>
                  </w:rPr>
                  <w:t xml:space="preserve">Enter full name</w:t>
                </w:r>
              </w:sdtContent>
            </w:sdt>
          </w:p>
        </w:tc>
        <w:tc>
          <w:tcPr>
            <w:tcW w:type="dxa" w:w="1785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66727A"/>
                <w:sz w:val="13"/>
              </w:rPr>
              <w:t>STUDENT ID</w:t>
            </w:r>
          </w:p>
        </w:tc>
        <w:tc>
          <w:tcPr>
            <w:tcW w:type="dxa" w:w="3628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</w:tcPr>
          <w:p>
            <w:pPr>
              <w:spacing w:before="0" w:after="0" w:line="240" w:lineRule="auto"/>
            </w:pPr>
            <w:r/>
            <w:sdt>
              <w:sdtPr>
                <w:alias w:val="Student_ID"/>
                <w:tag w:val="Student_ID"/>
                <w:id w:val="720427955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6"/>
                    <w:szCs w:val="16"/>
                  </w:rPr>
                  <w:t xml:space="preserve">Enter ID</w:t>
                </w:r>
              </w:sdtContent>
            </w:sdt>
          </w:p>
        </w:tc>
      </w:tr>
      <w:tr>
        <w:trPr>
          <w:trHeight w:val="432" w:hRule="exact"/>
        </w:trPr>
        <w:tc>
          <w:tcPr>
            <w:tcW w:type="dxa" w:w="1785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66727A"/>
                <w:sz w:val="13"/>
              </w:rPr>
              <w:t>GRADE / CLASS</w:t>
            </w:r>
          </w:p>
        </w:tc>
        <w:tc>
          <w:tcPr>
            <w:tcW w:type="dxa" w:w="3671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</w:tcPr>
          <w:p>
            <w:pPr>
              <w:spacing w:before="0" w:after="0" w:line="240" w:lineRule="auto"/>
            </w:pPr>
            <w:r/>
            <w:sdt>
              <w:sdtPr>
                <w:alias w:val="Grade_Class"/>
                <w:tag w:val="Grade_Class"/>
                <w:id w:val="1454442411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6"/>
                    <w:szCs w:val="16"/>
                  </w:rPr>
                  <w:t xml:space="preserve">Enter grade or class</w:t>
                </w:r>
              </w:sdtContent>
            </w:sdt>
          </w:p>
        </w:tc>
        <w:tc>
          <w:tcPr>
            <w:tcW w:type="dxa" w:w="1785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66727A"/>
                <w:sz w:val="13"/>
              </w:rPr>
              <w:t>ACADEMIC YEAR</w:t>
            </w:r>
          </w:p>
        </w:tc>
        <w:tc>
          <w:tcPr>
            <w:tcW w:type="dxa" w:w="3628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</w:tcPr>
          <w:p>
            <w:pPr>
              <w:spacing w:before="0" w:after="0" w:line="240" w:lineRule="auto"/>
            </w:pPr>
            <w:r/>
            <w:sdt>
              <w:sdtPr>
                <w:alias w:val="Academic_Year"/>
                <w:tag w:val="Academic_Year"/>
                <w:id w:val="1072035044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6"/>
                    <w:szCs w:val="16"/>
                  </w:rPr>
                  <w:t xml:space="preserve">Enter school year</w:t>
                </w:r>
              </w:sdtContent>
            </w:sdt>
          </w:p>
        </w:tc>
      </w:tr>
      <w:tr>
        <w:trPr>
          <w:trHeight w:val="432" w:hRule="exact"/>
        </w:trPr>
        <w:tc>
          <w:tcPr>
            <w:tcW w:type="dxa" w:w="1785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66727A"/>
                <w:sz w:val="13"/>
              </w:rPr>
              <w:t>CLASS TEACHER</w:t>
            </w:r>
          </w:p>
        </w:tc>
        <w:tc>
          <w:tcPr>
            <w:tcW w:type="dxa" w:w="3671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</w:tcPr>
          <w:p>
            <w:pPr>
              <w:spacing w:before="0" w:after="0" w:line="240" w:lineRule="auto"/>
            </w:pPr>
            <w:r/>
            <w:sdt>
              <w:sdtPr>
                <w:alias w:val="Class_Teacher"/>
                <w:tag w:val="Class_Teacher"/>
                <w:id w:val="512590890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6"/>
                    <w:szCs w:val="16"/>
                  </w:rPr>
                  <w:t xml:space="preserve">Enter teacher name</w:t>
                </w:r>
              </w:sdtContent>
            </w:sdt>
          </w:p>
        </w:tc>
        <w:tc>
          <w:tcPr>
            <w:tcW w:type="dxa" w:w="1785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66727A"/>
                <w:sz w:val="13"/>
              </w:rPr>
              <w:t>REPORTING TERM</w:t>
            </w:r>
          </w:p>
        </w:tc>
        <w:tc>
          <w:tcPr>
            <w:tcW w:type="dxa" w:w="3628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</w:tcPr>
          <w:p>
            <w:pPr>
              <w:spacing w:before="0" w:after="0" w:line="240" w:lineRule="auto"/>
            </w:pPr>
            <w:r/>
            <w:sdt>
              <w:sdtPr>
                <w:alias w:val="Reporting_Term"/>
                <w:tag w:val="Reporting_Term"/>
                <w:id w:val="1406562877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6"/>
                    <w:szCs w:val="16"/>
                  </w:rPr>
                  <w:t xml:space="preserve">Enter term / semester</w:t>
                </w:r>
              </w:sdtContent>
            </w:sdt>
          </w:p>
        </w:tc>
      </w:tr>
      <w:tr>
        <w:trPr>
          <w:trHeight w:val="432" w:hRule="exact"/>
        </w:trPr>
        <w:tc>
          <w:tcPr>
            <w:tcW w:type="dxa" w:w="1785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66727A"/>
                <w:sz w:val="13"/>
              </w:rPr>
              <w:t>PARENT / GUARDIAN</w:t>
            </w:r>
          </w:p>
        </w:tc>
        <w:tc>
          <w:tcPr>
            <w:tcW w:type="dxa" w:w="3671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</w:tcPr>
          <w:p>
            <w:pPr>
              <w:spacing w:before="0" w:after="0" w:line="240" w:lineRule="auto"/>
            </w:pPr>
            <w:r/>
            <w:sdt>
              <w:sdtPr>
                <w:alias w:val="Parent_Guardian"/>
                <w:tag w:val="Parent_Guardian"/>
                <w:id w:val="1743412884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6"/>
                    <w:szCs w:val="16"/>
                  </w:rPr>
                  <w:t xml:space="preserve">Enter parent or guardian</w:t>
                </w:r>
              </w:sdtContent>
            </w:sdt>
          </w:p>
        </w:tc>
        <w:tc>
          <w:tcPr>
            <w:tcW w:type="dxa" w:w="1785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66727A"/>
                <w:sz w:val="13"/>
              </w:rPr>
              <w:t>CONTACT</w:t>
            </w:r>
          </w:p>
        </w:tc>
        <w:tc>
          <w:tcPr>
            <w:tcW w:type="dxa" w:w="3628"/>
            <w:tcMar>
              <w:top w:w="35" w:type="dxa"/>
              <w:start w:w="70" w:type="dxa"/>
              <w:bottom w:w="30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</w:tcPr>
          <w:p>
            <w:pPr>
              <w:spacing w:before="0" w:after="0" w:line="240" w:lineRule="auto"/>
            </w:pPr>
            <w:r/>
            <w:sdt>
              <w:sdtPr>
                <w:alias w:val="Contact_Info"/>
                <w:tag w:val="Contact_Info"/>
                <w:id w:val="1695665340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6"/>
                    <w:szCs w:val="16"/>
                  </w:rPr>
                  <w:t xml:space="preserve">Enter phone or email</w:t>
                </w:r>
              </w:sdtContent>
            </w:sdt>
          </w:p>
        </w:tc>
      </w:tr>
    </w:tbl>
    <w:p>
      <w:pPr>
        <w:keepNext w:val="0"/>
        <w:spacing w:before="0" w:after="0" w:line="29" w:lineRule="auto"/>
      </w:pPr>
    </w:p>
    <w:tbl>
      <w:tblPr>
        <w:tblW w:type="dxa" w:w="10872"/>
        <w:jc w:val="center"/>
        <w:tblLayout w:type="fixed"/>
        <w:tblLook w:firstColumn="1" w:firstRow="1" w:lastColumn="0" w:lastRow="0" w:noHBand="0" w:noVBand="1" w:val="04A0"/>
      </w:tblPr>
      <w:tblGrid>
        <w:gridCol w:w="10873"/>
      </w:tblGrid>
      <w:tr>
        <w:trPr>
          <w:trHeight w:val="432" w:hRule="exact"/>
        </w:trPr>
        <w:tc>
          <w:tcPr>
            <w:tcW w:type="dxa" w:w="10872"/>
            <w:shd w:val="clear" w:color="auto" w:fill="17324D"/>
            <w:tcMar>
              <w:top w:w="45" w:type="dxa"/>
              <w:start w:w="120" w:type="dxa"/>
              <w:bottom w:w="45" w:type="dxa"/>
              <w:end w:w="120" w:type="dxa"/>
            </w:tcMar>
            <w:tcBorders>
              <w:top w:val="single" w:sz="12" w:color="E9B44C"/>
              <w:left w:val="nil"/>
              <w:bottom w:val="single" w:sz="6" w:color="17324D"/>
              <w:right w:val="nil"/>
            </w:tcBorders>
          </w:tcPr>
          <w:p>
            <w:pPr>
              <w:spacing w:before="0" w:after="0" w:line="240" w:lineRule="auto"/>
              <w:jc w:val="left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FFFFFF"/>
                <w:sz w:val="19"/>
              </w:rPr>
              <w:t>ACADEMIC PERFORMANCE</w:t>
            </w:r>
          </w:p>
        </w:tc>
      </w:tr>
    </w:tbl>
    <w:tbl>
      <w:tblPr>
        <w:tblW w:type="dxa" w:w="10872"/>
        <w:jc w:val="center"/>
        <w:tblLayout w:type="fixed"/>
        <w:tblLook w:firstColumn="1" w:firstRow="1" w:lastColumn="0" w:lastRow="0" w:noHBand="0" w:noVBand="1" w:val="04A0"/>
        <w:tblBorders>
          <w:top w:val="single" w:sz="5" w:space="0" w:color="B9C7D0"/>
          <w:left w:val="single" w:sz="5" w:space="0" w:color="B9C7D0"/>
          <w:bottom w:val="single" w:sz="5" w:space="0" w:color="B9C7D0"/>
          <w:right w:val="single" w:sz="5" w:space="0" w:color="B9C7D0"/>
          <w:insideH w:val="single" w:sz="5" w:space="0" w:color="B9C7D0"/>
          <w:insideV w:val="single" w:sz="5" w:space="0" w:color="B9C7D0"/>
        </w:tblBorders>
      </w:tblPr>
      <w:tblGrid>
        <w:gridCol w:w="2175"/>
        <w:gridCol w:w="2175"/>
        <w:gridCol w:w="2175"/>
        <w:gridCol w:w="2175"/>
        <w:gridCol w:w="2175"/>
      </w:tblGrid>
      <w:tr>
        <w:trPr>
          <w:trHeight w:val="490" w:hRule="exact"/>
        </w:trPr>
        <w:tc>
          <w:tcPr>
            <w:tcW w:type="dxa" w:w="3816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1F7A8C"/>
          </w:tcPr>
          <w:p>
            <w:pPr>
              <w:spacing w:before="0" w:after="0" w:line="240" w:lineRule="auto"/>
              <w:jc w:val="left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FFFFFF"/>
                <w:sz w:val="14"/>
              </w:rPr>
              <w:t>SUBJECT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1F7A8C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FFFFFF"/>
                <w:sz w:val="14"/>
              </w:rPr>
              <w:t>PERIOD 1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1F7A8C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FFFFFF"/>
                <w:sz w:val="14"/>
              </w:rPr>
              <w:t>PERIOD 2</w:t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1F7A8C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FFFFFF"/>
                <w:sz w:val="14"/>
              </w:rPr>
              <w:t>FINAL AVG.</w:t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1F7A8C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FFFFFF"/>
                <w:sz w:val="14"/>
              </w:rPr>
              <w:t>GRADE / REMARK</w:t>
            </w:r>
          </w:p>
        </w:tc>
      </w:tr>
      <w:tr>
        <w:trPr>
          <w:trHeight w:val="446" w:hRule="exact"/>
        </w:trPr>
        <w:tc>
          <w:tcPr>
            <w:tcW w:type="dxa" w:w="3816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AF3F6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263238"/>
                <w:sz w:val="16"/>
              </w:rPr>
              <w:t>Mathematics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1_1"/>
                <w:tag w:val="P1_1"/>
                <w:id w:val="1246034807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2_1"/>
                <w:tag w:val="P2_1"/>
                <w:id w:val="325651568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9F6F7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" w:hAnsi="Noto Sans"/>
                <w:b/>
                <w:color w:val="1F7A8C"/>
                <w:sz w:val="17"/>
              </w:rPr>
              <w:fldChar w:fldCharType="begin" w:dirty="true"/>
            </w:r>
            <w:r>
              <w:instrText xml:space="preserve"> =AVERAGE(LEFT) \# "0.0" </w:instrText>
            </w:r>
            <w:r>
              <w:fldChar w:fldCharType="separate"/>
            </w:r>
            <w:r>
              <w:rPr>
                <w:rFonts w:ascii="Noto Sans" w:hAnsi="Noto Sans"/>
                <w:b/>
                <w:color w:val="1F7A8C"/>
                <w:sz w:val="17"/>
              </w:rPr>
              <w:t>0.0</w:t>
            </w:r>
            <w:r>
              <w:fldChar w:fldCharType="end"/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Grade_Remark_1"/>
                <w:tag w:val="Grade_Remark_1"/>
                <w:id w:val="329176711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Enter</w:t>
                </w:r>
              </w:sdtContent>
            </w:sdt>
          </w:p>
        </w:tc>
      </w:tr>
      <w:tr>
        <w:trPr>
          <w:trHeight w:val="446" w:hRule="exact"/>
        </w:trPr>
        <w:tc>
          <w:tcPr>
            <w:tcW w:type="dxa" w:w="3816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>English Language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1_2"/>
                <w:tag w:val="P1_2"/>
                <w:id w:val="1979437184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2_2"/>
                <w:tag w:val="P2_2"/>
                <w:id w:val="1506027334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9F6F7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" w:hAnsi="Noto Sans"/>
                <w:b/>
                <w:color w:val="1F7A8C"/>
                <w:sz w:val="17"/>
              </w:rPr>
              <w:fldChar w:fldCharType="begin" w:dirty="true"/>
            </w:r>
            <w:r>
              <w:instrText xml:space="preserve"> =AVERAGE(LEFT) \# "0.0" </w:instrText>
            </w:r>
            <w:r>
              <w:fldChar w:fldCharType="separate"/>
            </w:r>
            <w:r>
              <w:rPr>
                <w:rFonts w:ascii="Noto Sans" w:hAnsi="Noto Sans"/>
                <w:b/>
                <w:color w:val="1F7A8C"/>
                <w:sz w:val="17"/>
              </w:rPr>
              <w:t>0.0</w:t>
            </w:r>
            <w:r>
              <w:fldChar w:fldCharType="end"/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Grade_Remark_2"/>
                <w:tag w:val="Grade_Remark_2"/>
                <w:id w:val="696727056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Enter</w:t>
                </w:r>
              </w:sdtContent>
            </w:sdt>
          </w:p>
        </w:tc>
      </w:tr>
      <w:tr>
        <w:trPr>
          <w:trHeight w:val="446" w:hRule="exact"/>
        </w:trPr>
        <w:tc>
          <w:tcPr>
            <w:tcW w:type="dxa" w:w="3816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AF3F6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>Science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1_3"/>
                <w:tag w:val="P1_3"/>
                <w:id w:val="528846948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2_3"/>
                <w:tag w:val="P2_3"/>
                <w:id w:val="1926460060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9F6F7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" w:hAnsi="Noto Sans"/>
                <w:b/>
                <w:color w:val="1F7A8C"/>
                <w:sz w:val="17"/>
              </w:rPr>
              <w:fldChar w:fldCharType="begin" w:dirty="true"/>
            </w:r>
            <w:r>
              <w:instrText xml:space="preserve"> =AVERAGE(LEFT) \# "0.0" </w:instrText>
            </w:r>
            <w:r>
              <w:fldChar w:fldCharType="separate"/>
            </w:r>
            <w:r>
              <w:rPr>
                <w:rFonts w:ascii="Noto Sans" w:hAnsi="Noto Sans"/>
                <w:b/>
                <w:color w:val="1F7A8C"/>
                <w:sz w:val="17"/>
              </w:rPr>
              <w:t>0.0</w:t>
            </w:r>
            <w:r>
              <w:fldChar w:fldCharType="end"/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Grade_Remark_3"/>
                <w:tag w:val="Grade_Remark_3"/>
                <w:id w:val="1927440532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Enter</w:t>
                </w:r>
              </w:sdtContent>
            </w:sdt>
          </w:p>
        </w:tc>
      </w:tr>
      <w:tr>
        <w:trPr>
          <w:trHeight w:val="446" w:hRule="exact"/>
        </w:trPr>
        <w:tc>
          <w:tcPr>
            <w:tcW w:type="dxa" w:w="3816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>History / Social Studies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1_4"/>
                <w:tag w:val="P1_4"/>
                <w:id w:val="238976891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2_4"/>
                <w:tag w:val="P2_4"/>
                <w:id w:val="1391359744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9F6F7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" w:hAnsi="Noto Sans"/>
                <w:b/>
                <w:color w:val="1F7A8C"/>
                <w:sz w:val="17"/>
              </w:rPr>
              <w:fldChar w:fldCharType="begin" w:dirty="true"/>
            </w:r>
            <w:r>
              <w:instrText xml:space="preserve"> =AVERAGE(LEFT) \# "0.0" </w:instrText>
            </w:r>
            <w:r>
              <w:fldChar w:fldCharType="separate"/>
            </w:r>
            <w:r>
              <w:rPr>
                <w:rFonts w:ascii="Noto Sans" w:hAnsi="Noto Sans"/>
                <w:b/>
                <w:color w:val="1F7A8C"/>
                <w:sz w:val="17"/>
              </w:rPr>
              <w:t>0.0</w:t>
            </w:r>
            <w:r>
              <w:fldChar w:fldCharType="end"/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Grade_Remark_4"/>
                <w:tag w:val="Grade_Remark_4"/>
                <w:id w:val="1742272787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Enter</w:t>
                </w:r>
              </w:sdtContent>
            </w:sdt>
          </w:p>
        </w:tc>
      </w:tr>
      <w:tr>
        <w:trPr>
          <w:trHeight w:val="446" w:hRule="exact"/>
        </w:trPr>
        <w:tc>
          <w:tcPr>
            <w:tcW w:type="dxa" w:w="3816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AF3F6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>Geography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1_5"/>
                <w:tag w:val="P1_5"/>
                <w:id w:val="147660751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2_5"/>
                <w:tag w:val="P2_5"/>
                <w:id w:val="795703394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9F6F7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" w:hAnsi="Noto Sans"/>
                <w:b/>
                <w:color w:val="1F7A8C"/>
                <w:sz w:val="17"/>
              </w:rPr>
              <w:fldChar w:fldCharType="begin" w:dirty="true"/>
            </w:r>
            <w:r>
              <w:instrText xml:space="preserve"> =AVERAGE(LEFT) \# "0.0" </w:instrText>
            </w:r>
            <w:r>
              <w:fldChar w:fldCharType="separate"/>
            </w:r>
            <w:r>
              <w:rPr>
                <w:rFonts w:ascii="Noto Sans" w:hAnsi="Noto Sans"/>
                <w:b/>
                <w:color w:val="1F7A8C"/>
                <w:sz w:val="17"/>
              </w:rPr>
              <w:t>0.0</w:t>
            </w:r>
            <w:r>
              <w:fldChar w:fldCharType="end"/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Grade_Remark_5"/>
                <w:tag w:val="Grade_Remark_5"/>
                <w:id w:val="19667403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Enter</w:t>
                </w:r>
              </w:sdtContent>
            </w:sdt>
          </w:p>
        </w:tc>
      </w:tr>
      <w:tr>
        <w:trPr>
          <w:trHeight w:val="446" w:hRule="exact"/>
        </w:trPr>
        <w:tc>
          <w:tcPr>
            <w:tcW w:type="dxa" w:w="3816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>Computer Studies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1_6"/>
                <w:tag w:val="P1_6"/>
                <w:id w:val="65373792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2_6"/>
                <w:tag w:val="P2_6"/>
                <w:id w:val="552018187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9F6F7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" w:hAnsi="Noto Sans"/>
                <w:b/>
                <w:color w:val="1F7A8C"/>
                <w:sz w:val="17"/>
              </w:rPr>
              <w:fldChar w:fldCharType="begin" w:dirty="true"/>
            </w:r>
            <w:r>
              <w:instrText xml:space="preserve"> =AVERAGE(LEFT) \# "0.0" </w:instrText>
            </w:r>
            <w:r>
              <w:fldChar w:fldCharType="separate"/>
            </w:r>
            <w:r>
              <w:rPr>
                <w:rFonts w:ascii="Noto Sans" w:hAnsi="Noto Sans"/>
                <w:b/>
                <w:color w:val="1F7A8C"/>
                <w:sz w:val="17"/>
              </w:rPr>
              <w:t>0.0</w:t>
            </w:r>
            <w:r>
              <w:fldChar w:fldCharType="end"/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Grade_Remark_6"/>
                <w:tag w:val="Grade_Remark_6"/>
                <w:id w:val="1612256351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Enter</w:t>
                </w:r>
              </w:sdtContent>
            </w:sdt>
          </w:p>
        </w:tc>
      </w:tr>
      <w:tr>
        <w:trPr>
          <w:trHeight w:val="446" w:hRule="exact"/>
        </w:trPr>
        <w:tc>
          <w:tcPr>
            <w:tcW w:type="dxa" w:w="3816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AF3F6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>Art &amp; Design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1_7"/>
                <w:tag w:val="P1_7"/>
                <w:id w:val="190470638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2_7"/>
                <w:tag w:val="P2_7"/>
                <w:id w:val="1325029629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9F6F7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" w:hAnsi="Noto Sans"/>
                <w:b/>
                <w:color w:val="1F7A8C"/>
                <w:sz w:val="17"/>
              </w:rPr>
              <w:fldChar w:fldCharType="begin" w:dirty="true"/>
            </w:r>
            <w:r>
              <w:instrText xml:space="preserve"> =AVERAGE(LEFT) \# "0.0" </w:instrText>
            </w:r>
            <w:r>
              <w:fldChar w:fldCharType="separate"/>
            </w:r>
            <w:r>
              <w:rPr>
                <w:rFonts w:ascii="Noto Sans" w:hAnsi="Noto Sans"/>
                <w:b/>
                <w:color w:val="1F7A8C"/>
                <w:sz w:val="17"/>
              </w:rPr>
              <w:t>0.0</w:t>
            </w:r>
            <w:r>
              <w:fldChar w:fldCharType="end"/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Grade_Remark_7"/>
                <w:tag w:val="Grade_Remark_7"/>
                <w:id w:val="86044580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Enter</w:t>
                </w:r>
              </w:sdtContent>
            </w:sdt>
          </w:p>
        </w:tc>
      </w:tr>
      <w:tr>
        <w:trPr>
          <w:trHeight w:val="446" w:hRule="exact"/>
        </w:trPr>
        <w:tc>
          <w:tcPr>
            <w:tcW w:type="dxa" w:w="3816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>Physical Education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1_8"/>
                <w:tag w:val="P1_8"/>
                <w:id w:val="631050749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2_8"/>
                <w:tag w:val="P2_8"/>
                <w:id w:val="529613786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9F6F7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" w:hAnsi="Noto Sans"/>
                <w:b/>
                <w:color w:val="1F7A8C"/>
                <w:sz w:val="17"/>
              </w:rPr>
              <w:fldChar w:fldCharType="begin" w:dirty="true"/>
            </w:r>
            <w:r>
              <w:instrText xml:space="preserve"> =AVERAGE(LEFT) \# "0.0" </w:instrText>
            </w:r>
            <w:r>
              <w:fldChar w:fldCharType="separate"/>
            </w:r>
            <w:r>
              <w:rPr>
                <w:rFonts w:ascii="Noto Sans" w:hAnsi="Noto Sans"/>
                <w:b/>
                <w:color w:val="1F7A8C"/>
                <w:sz w:val="17"/>
              </w:rPr>
              <w:t>0.0</w:t>
            </w:r>
            <w:r>
              <w:fldChar w:fldCharType="end"/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Grade_Remark_8"/>
                <w:tag w:val="Grade_Remark_8"/>
                <w:id w:val="1571399876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Enter</w:t>
                </w:r>
              </w:sdtContent>
            </w:sdt>
          </w:p>
        </w:tc>
      </w:tr>
      <w:tr>
        <w:trPr>
          <w:trHeight w:val="446" w:hRule="exact"/>
        </w:trPr>
        <w:tc>
          <w:tcPr>
            <w:tcW w:type="dxa" w:w="3816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AF3F6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>Other / Elective</w:t>
            </w:r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1_9"/>
                <w:tag w:val="P1_9"/>
                <w:id w:val="910911640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1468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2_9"/>
                <w:tag w:val="P2_9"/>
                <w:id w:val="1908788291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0</w:t>
                </w:r>
              </w:sdtContent>
            </w:sdt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9F6F7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" w:hAnsi="Noto Sans"/>
                <w:b/>
                <w:color w:val="1F7A8C"/>
                <w:sz w:val="17"/>
              </w:rPr>
              <w:fldChar w:fldCharType="begin" w:dirty="true"/>
            </w:r>
            <w:r>
              <w:instrText xml:space="preserve"> =AVERAGE(LEFT) \# "0.0" </w:instrText>
            </w:r>
            <w:r>
              <w:fldChar w:fldCharType="separate"/>
            </w:r>
            <w:r>
              <w:rPr>
                <w:rFonts w:ascii="Noto Sans" w:hAnsi="Noto Sans"/>
                <w:b/>
                <w:color w:val="1F7A8C"/>
                <w:sz w:val="17"/>
              </w:rPr>
              <w:t>0.0</w:t>
            </w:r>
            <w:r>
              <w:fldChar w:fldCharType="end"/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Grade_Remark_9"/>
                <w:tag w:val="Grade_Remark_9"/>
                <w:id w:val="380285748"/>
                <w:text/>
              </w:sdtPr>
              <w:sdtContent>
                <w:r>
                  <w:rPr>
                    <w:rFonts w:ascii="Noto Sans" w:hAnsi="Noto Sans" w:eastAsia="Noto Sans"/>
                    <w:color w:val="8A959C"/>
                    <w:sz w:val="16"/>
                    <w:szCs w:val="16"/>
                  </w:rPr>
                  <w:t xml:space="preserve">Enter</w:t>
                </w:r>
              </w:sdtContent>
            </w:sdt>
          </w:p>
        </w:tc>
      </w:tr>
      <w:tr>
        <w:trPr>
          <w:trHeight w:val="518" w:hRule="exact"/>
        </w:trPr>
        <w:tc>
          <w:tcPr>
            <w:tcW w:type="dxa" w:w="6752"/>
            <w:gridSpan w:val="3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17324D"/>
          </w:tcPr>
          <w:p>
            <w:pPr>
              <w:spacing w:before="0" w:after="0" w:line="240" w:lineRule="auto"/>
              <w:jc w:val="right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FFFFFF"/>
                <w:sz w:val="16"/>
              </w:rPr>
              <w:t>OVERALL AVERAGE</w:t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E9B44C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" w:hAnsi="Noto Sans"/>
                <w:b/>
                <w:color w:val="17324D"/>
                <w:sz w:val="18"/>
              </w:rPr>
              <w:fldChar w:fldCharType="begin" w:dirty="true"/>
            </w:r>
            <w:r>
              <w:instrText xml:space="preserve"> =AVERAGE(ABOVE) \# "0.0" </w:instrText>
            </w:r>
            <w:r>
              <w:fldChar w:fldCharType="separate"/>
            </w:r>
            <w:r>
              <w:rPr>
                <w:rFonts w:ascii="Noto Sans" w:hAnsi="Noto Sans"/>
                <w:b/>
                <w:color w:val="17324D"/>
                <w:sz w:val="18"/>
              </w:rPr>
              <w:t>0.0</w:t>
            </w:r>
            <w:r>
              <w:fldChar w:fldCharType="end"/>
            </w:r>
          </w:p>
        </w:tc>
        <w:tc>
          <w:tcPr>
            <w:tcW w:type="dxa" w:w="2059"/>
            <w:tcMar>
              <w:top w:w="25" w:type="dxa"/>
              <w:start w:w="70" w:type="dxa"/>
              <w:bottom w:w="25" w:type="dxa"/>
              <w:end w:w="70" w:type="dxa"/>
            </w:tcMar>
            <w:vAlign w:val="center"/>
            <w:shd w:val="clear" w:color="auto" w:fill="FFF6D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Overall_Grade"/>
                <w:tag w:val="Overall_Grade"/>
                <w:id w:val="1126623195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5"/>
                    <w:szCs w:val="15"/>
                  </w:rPr>
                  <w:t xml:space="preserve">Overall grade</w:t>
                </w:r>
              </w:sdtContent>
            </w:sdt>
          </w:p>
        </w:tc>
      </w:tr>
    </w:tbl>
    <w:p>
      <w:pPr>
        <w:keepNext w:val="0"/>
        <w:spacing w:before="0" w:after="0" w:line="240" w:lineRule="auto"/>
        <w:jc w:val="right"/>
      </w:pPr>
      <w:r>
        <w:rPr>
          <w:rFonts w:ascii="Noto Sans" w:hAnsi="Noto Sans" w:eastAsia="Noto Sans"/>
          <w:b w:val="0"/>
          <w:i/>
          <w:color w:val="66727A"/>
          <w:sz w:val="13"/>
        </w:rPr>
        <w:t>Auto-calculation: enter numeric scores, then press Ctrl+A and F9 to refresh averages.</w:t>
      </w:r>
    </w:p>
    <w:tbl>
      <w:tblPr>
        <w:tblW w:type="dxa" w:w="10872"/>
        <w:jc w:val="center"/>
        <w:tblLayout w:type="fixed"/>
        <w:tblLook w:firstColumn="1" w:firstRow="1" w:lastColumn="0" w:lastRow="0" w:noHBand="0" w:noVBand="1" w:val="04A0"/>
      </w:tblPr>
      <w:tblGrid>
        <w:gridCol w:w="10873"/>
      </w:tblGrid>
      <w:tr>
        <w:trPr>
          <w:trHeight w:val="432" w:hRule="exact"/>
        </w:trPr>
        <w:tc>
          <w:tcPr>
            <w:tcW w:type="dxa" w:w="10872"/>
            <w:shd w:val="clear" w:color="auto" w:fill="17324D"/>
            <w:tcMar>
              <w:top w:w="45" w:type="dxa"/>
              <w:start w:w="120" w:type="dxa"/>
              <w:bottom w:w="45" w:type="dxa"/>
              <w:end w:w="120" w:type="dxa"/>
            </w:tcMar>
            <w:tcBorders>
              <w:top w:val="single" w:sz="12" w:color="E9B44C"/>
              <w:left w:val="nil"/>
              <w:bottom w:val="single" w:sz="6" w:color="17324D"/>
              <w:right w:val="nil"/>
            </w:tcBorders>
          </w:tcPr>
          <w:p>
            <w:pPr>
              <w:spacing w:before="0" w:after="0" w:line="240" w:lineRule="auto"/>
              <w:jc w:val="left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FFFFFF"/>
                <w:sz w:val="19"/>
              </w:rPr>
              <w:t>TEACHER COMMENTS</w:t>
            </w:r>
          </w:p>
        </w:tc>
      </w:tr>
    </w:tbl>
    <w:tbl>
      <w:tblPr>
        <w:tblW w:type="dxa" w:w="10872"/>
        <w:jc w:val="center"/>
        <w:tblLayout w:type="fixed"/>
        <w:tblLook w:firstColumn="1" w:firstRow="1" w:lastColumn="0" w:lastRow="0" w:noHBand="0" w:noVBand="1" w:val="04A0"/>
      </w:tblPr>
      <w:tblGrid>
        <w:gridCol w:w="10873"/>
      </w:tblGrid>
      <w:tr>
        <w:trPr>
          <w:trHeight w:val="835" w:hRule="exact"/>
        </w:trPr>
        <w:tc>
          <w:tcPr>
            <w:tcW w:type="dxa" w:w="10872"/>
            <w:shd w:val="clear" w:color="auto" w:fill="FAFCFD"/>
            <w:tcMar>
              <w:top w:w="80" w:type="dxa"/>
              <w:start w:w="100" w:type="dxa"/>
              <w:bottom w:w="80" w:type="dxa"/>
              <w:end w:w="100" w:type="dxa"/>
            </w:tcMar>
            <w:tcBorders>
              <w:top w:val="single" w:sz="5" w:color="D7DEE3"/>
              <w:left w:val="single" w:sz="5" w:color="D7DEE3"/>
              <w:bottom w:val="single" w:sz="5" w:color="D7DEE3"/>
              <w:right w:val="single" w:sz="5" w:color="D7DEE3"/>
            </w:tcBorders>
          </w:tcPr>
          <w:p>
            <w:pPr>
              <w:spacing w:before="0" w:after="0" w:line="240" w:lineRule="auto"/>
            </w:pPr>
            <w:r/>
            <w:sdt>
              <w:sdtPr>
                <w:alias w:val="Teacher_Comments"/>
                <w:tag w:val="Teacher_Comments"/>
                <w:id w:val="878067891"/>
                <w:text w:multiLine="1"/>
              </w:sdtPr>
              <w:sdtContent>
                <w:r>
                  <w:rPr>
                    <w:rFonts w:ascii="Noto Sans" w:hAnsi="Noto Sans" w:eastAsia="Noto Sans"/>
                    <w:color w:val="7D8990"/>
                    <w:sz w:val="16"/>
                    <w:szCs w:val="16"/>
                  </w:rPr>
                  <w:t xml:space="preserve">Click or tap here to add comments about progress, strengths, and next steps.</w:t>
                </w:r>
              </w:sdtContent>
            </w:sdt>
          </w:p>
        </w:tc>
      </w:tr>
    </w:tbl>
    <w:p>
      <w:pPr>
        <w:keepNext w:val="0"/>
        <w:spacing w:before="0" w:after="0" w:line="19" w:lineRule="auto"/>
      </w:pPr>
    </w:p>
    <w:tbl>
      <w:tblPr>
        <w:tblW w:type="dxa" w:w="10872"/>
        <w:jc w:val="center"/>
        <w:tblLayout w:type="fixed"/>
        <w:tblLook w:firstColumn="1" w:firstRow="1" w:lastColumn="0" w:lastRow="0" w:noHBand="0" w:noVBand="1" w:val="04A0"/>
      </w:tblPr>
      <w:tblGrid>
        <w:gridCol w:w="10873"/>
      </w:tblGrid>
      <w:tr>
        <w:trPr>
          <w:trHeight w:val="432" w:hRule="exact"/>
        </w:trPr>
        <w:tc>
          <w:tcPr>
            <w:tcW w:type="dxa" w:w="10872"/>
            <w:shd w:val="clear" w:color="auto" w:fill="17324D"/>
            <w:tcMar>
              <w:top w:w="45" w:type="dxa"/>
              <w:start w:w="120" w:type="dxa"/>
              <w:bottom w:w="45" w:type="dxa"/>
              <w:end w:w="120" w:type="dxa"/>
            </w:tcMar>
            <w:tcBorders>
              <w:top w:val="single" w:sz="12" w:color="E9B44C"/>
              <w:left w:val="nil"/>
              <w:bottom w:val="single" w:sz="6" w:color="17324D"/>
              <w:right w:val="nil"/>
            </w:tcBorders>
          </w:tcPr>
          <w:p>
            <w:pPr>
              <w:spacing w:before="0" w:after="0" w:line="240" w:lineRule="auto"/>
              <w:jc w:val="left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FFFFFF"/>
                <w:sz w:val="19"/>
              </w:rPr>
              <w:t>STUDENT BEHAVIOUR AND ATTITUDE</w:t>
            </w:r>
          </w:p>
        </w:tc>
      </w:tr>
    </w:tbl>
    <w:tbl>
      <w:tblPr>
        <w:tblW w:type="dxa" w:w="10872"/>
        <w:jc w:val="center"/>
        <w:tblLayout w:type="fixed"/>
        <w:tblLook w:firstColumn="1" w:firstRow="1" w:lastColumn="0" w:lastRow="0" w:noHBand="0" w:noVBand="1" w:val="04A0"/>
        <w:tblBorders>
          <w:top w:val="single" w:sz="4" w:space="0" w:color="C4D0D7"/>
          <w:left w:val="single" w:sz="4" w:space="0" w:color="C4D0D7"/>
          <w:bottom w:val="single" w:sz="4" w:space="0" w:color="C4D0D7"/>
          <w:right w:val="single" w:sz="4" w:space="0" w:color="C4D0D7"/>
          <w:insideH w:val="single" w:sz="4" w:space="0" w:color="C4D0D7"/>
          <w:insideV w:val="single" w:sz="4" w:space="0" w:color="C4D0D7"/>
        </w:tblBorders>
      </w:tblPr>
      <w:tblGrid>
        <w:gridCol w:w="2175"/>
        <w:gridCol w:w="2175"/>
        <w:gridCol w:w="2175"/>
        <w:gridCol w:w="2175"/>
        <w:gridCol w:w="2175"/>
      </w:tblGrid>
      <w:tr>
        <w:trPr>
          <w:trHeight w:val="403" w:hRule="exact"/>
        </w:trPr>
        <w:tc>
          <w:tcPr>
            <w:tcW w:type="dxa" w:w="2044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EAF3F6"/>
          </w:tcPr>
          <w:p>
            <w:pPr>
              <w:spacing w:before="0" w:after="0" w:line="240" w:lineRule="auto"/>
              <w:jc w:val="left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17324D"/>
                <w:sz w:val="13"/>
              </w:rPr>
              <w:t>AREA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EAF3F6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17324D"/>
                <w:sz w:val="13"/>
              </w:rPr>
              <w:t>EXCELLENT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EAF3F6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17324D"/>
                <w:sz w:val="13"/>
              </w:rPr>
              <w:t>GOOD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EAF3F6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17324D"/>
                <w:sz w:val="13"/>
              </w:rPr>
              <w:t>SATISFACTORY</w:t>
            </w:r>
          </w:p>
        </w:tc>
        <w:tc>
          <w:tcPr>
            <w:tcW w:type="dxa" w:w="2520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EAF3F6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17324D"/>
                <w:sz w:val="13"/>
              </w:rPr>
              <w:t>NEEDS IMPROVEMENT</w:t>
            </w:r>
          </w:p>
        </w:tc>
      </w:tr>
      <w:tr>
        <w:trPr>
          <w:trHeight w:val="403" w:hRule="exact"/>
        </w:trPr>
        <w:tc>
          <w:tcPr>
            <w:tcW w:type="dxa" w:w="2044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263238"/>
                <w:sz w:val="15"/>
              </w:rPr>
              <w:t>Conduct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Conduct_Excellent"/>
                <w:tag w:val="Conduct_Excellent"/>
                <w:id w:val="994749470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Conduct_Good"/>
                <w:tag w:val="Conduct_Good"/>
                <w:id w:val="523313921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Conduct_Satisfactory"/>
                <w:tag w:val="Conduct_Satisfactory"/>
                <w:id w:val="709996910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520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Conduct_Needs Improvement"/>
                <w:tag w:val="Conduct_Needs Improvement"/>
                <w:id w:val="883207828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</w:tr>
      <w:tr>
        <w:trPr>
          <w:trHeight w:val="403" w:hRule="exact"/>
        </w:trPr>
        <w:tc>
          <w:tcPr>
            <w:tcW w:type="dxa" w:w="2044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263238"/>
                <w:sz w:val="15"/>
              </w:rPr>
              <w:t>Effort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Effort_Excellent"/>
                <w:tag w:val="Effort_Excellent"/>
                <w:id w:val="1127541400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Effort_Good"/>
                <w:tag w:val="Effort_Good"/>
                <w:id w:val="933013597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Effort_Satisfactory"/>
                <w:tag w:val="Effort_Satisfactory"/>
                <w:id w:val="398605464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520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Effort_Needs Improvement"/>
                <w:tag w:val="Effort_Needs Improvement"/>
                <w:id w:val="1666532012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</w:tr>
      <w:tr>
        <w:trPr>
          <w:trHeight w:val="403" w:hRule="exact"/>
        </w:trPr>
        <w:tc>
          <w:tcPr>
            <w:tcW w:type="dxa" w:w="2044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263238"/>
                <w:sz w:val="15"/>
              </w:rPr>
              <w:t>Participation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articipation_Excellent"/>
                <w:tag w:val="Participation_Excellent"/>
                <w:id w:val="354222519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articipation_Good"/>
                <w:tag w:val="Participation_Good"/>
                <w:id w:val="91181724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articipation_Satisfactory"/>
                <w:tag w:val="Participation_Satisfactory"/>
                <w:id w:val="565524023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520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articipation_Needs Improvement"/>
                <w:tag w:val="Participation_Needs Improvement"/>
                <w:id w:val="1682446413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</w:tr>
      <w:tr>
        <w:trPr>
          <w:trHeight w:val="403" w:hRule="exact"/>
        </w:trPr>
        <w:tc>
          <w:tcPr>
            <w:tcW w:type="dxa" w:w="2044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263238"/>
                <w:sz w:val="15"/>
              </w:rPr>
              <w:t>Attendance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Attendance_Excellent"/>
                <w:tag w:val="Attendance_Excellent"/>
                <w:id w:val="729796328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Attendance_Good"/>
                <w:tag w:val="Attendance_Good"/>
                <w:id w:val="1094928996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Attendance_Satisfactory"/>
                <w:tag w:val="Attendance_Satisfactory"/>
                <w:id w:val="1231442702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520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Attendance_Needs Improvement"/>
                <w:tag w:val="Attendance_Needs Improvement"/>
                <w:id w:val="108512930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</w:tr>
      <w:tr>
        <w:trPr>
          <w:trHeight w:val="403" w:hRule="exact"/>
        </w:trPr>
        <w:tc>
          <w:tcPr>
            <w:tcW w:type="dxa" w:w="2044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3F5F7"/>
          </w:tcPr>
          <w:p>
            <w:pPr>
              <w:spacing w:before="0" w:after="0" w:line="240" w:lineRule="auto"/>
            </w:pPr>
            <w:r/>
            <w:r>
              <w:rPr>
                <w:rFonts w:ascii="Noto Sans" w:hAnsi="Noto Sans" w:eastAsia="Noto Sans"/>
                <w:b/>
                <w:i w:val="0"/>
                <w:color w:val="263238"/>
                <w:sz w:val="15"/>
              </w:rPr>
              <w:t>Overall Performance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Overall Performance_Excellent"/>
                <w:tag w:val="Overall Performance_Excellent"/>
                <w:id w:val="273151876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Overall Performance_Good"/>
                <w:tag w:val="Overall Performance_Good"/>
                <w:id w:val="514391869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102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Overall Performance_Satisfactory"/>
                <w:tag w:val="Overall Performance_Satisfactory"/>
                <w:id w:val="220650726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  <w:tc>
          <w:tcPr>
            <w:tcW w:type="dxa" w:w="2520"/>
            <w:tcMar>
              <w:top w:w="18" w:type="dxa"/>
              <w:start w:w="50" w:type="dxa"/>
              <w:bottom w:w="18" w:type="dxa"/>
              <w:end w:w="50" w:type="dxa"/>
            </w:tcMar>
            <w:vAlign w:val="center"/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Overall Performance_Needs Improvement"/>
                <w:tag w:val="Overall Performance_Needs Improvement"/>
                <w:id w:val="1568292658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Content>
                <w:r>
                  <w:rPr>
                    <w:rFonts w:ascii="Wingdings" w:hAnsi="Wingdings"/>
                    <w:sz w:val="16"/>
                  </w:rPr>
                  <w:sym w:font="Wingdings" w:char="F06F"/>
                </w:r>
              </w:sdtContent>
            </w:sdt>
            <w:r>
              <w:rPr>
                <w:rFonts w:ascii="Noto Sans" w:hAnsi="Noto Sans" w:eastAsia="Noto Sans"/>
                <w:b w:val="0"/>
                <w:i w:val="0"/>
                <w:color w:val="263238"/>
                <w:sz w:val="16"/>
              </w:rPr>
              <w:t xml:space="preserve">  </w:t>
            </w:r>
          </w:p>
        </w:tc>
      </w:tr>
    </w:tbl>
    <w:tbl>
      <w:tblPr>
        <w:tblW w:type="dxa" w:w="10872"/>
        <w:jc w:val="center"/>
        <w:tblLayout w:type="fixed"/>
        <w:tblLook w:firstColumn="1" w:firstRow="1" w:lastColumn="0" w:lastRow="0" w:noHBand="0" w:noVBand="1" w:val="04A0"/>
      </w:tblPr>
      <w:tblGrid>
        <w:gridCol w:w="2718"/>
        <w:gridCol w:w="2718"/>
        <w:gridCol w:w="2718"/>
        <w:gridCol w:w="2718"/>
      </w:tblGrid>
      <w:tr>
        <w:trPr>
          <w:trHeight w:val="446" w:hRule="exact"/>
        </w:trPr>
        <w:tc>
          <w:tcPr>
            <w:tcW w:type="dxa" w:w="3398"/>
            <w:tcMar>
              <w:top w:w="25" w:type="dxa"/>
              <w:start w:w="70" w:type="dxa"/>
              <w:bottom w:w="22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Teacher_Signature"/>
                <w:tag w:val="Teacher_Signature"/>
                <w:id w:val="10030003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5"/>
                    <w:szCs w:val="15"/>
                  </w:rPr>
                  <w:t xml:space="preserve">Teacher signature / name</w:t>
                </w:r>
              </w:sdtContent>
            </w:sdt>
          </w:p>
        </w:tc>
        <w:tc>
          <w:tcPr>
            <w:tcW w:type="dxa" w:w="3398"/>
            <w:tcMar>
              <w:top w:w="25" w:type="dxa"/>
              <w:start w:w="70" w:type="dxa"/>
              <w:bottom w:w="22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Parent_Signature"/>
                <w:tag w:val="Parent_Signature"/>
                <w:id w:val="1154625289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5"/>
                    <w:szCs w:val="15"/>
                  </w:rPr>
                  <w:t xml:space="preserve">Parent / guardian signature</w:t>
                </w:r>
              </w:sdtContent>
            </w:sdt>
          </w:p>
        </w:tc>
        <w:tc>
          <w:tcPr>
            <w:tcW w:type="dxa" w:w="2059"/>
            <w:tcMar>
              <w:top w:w="25" w:type="dxa"/>
              <w:start w:w="70" w:type="dxa"/>
              <w:bottom w:w="22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Date"/>
                <w:tag w:val="Date"/>
                <w:id w:val="1569680217"/>
                <w:date>
                  <w:dateFormat w:val="MM/dd/yyyy"/>
                  <w:lid w:val="en-US"/>
                  <w:storeMappedDataAs w:val="dateTime"/>
                  <w:calendar w:val="gregorian"/>
                </w:date>
              </w:sdtPr>
              <w:sdtContent>
                <w:r>
                  <w:rPr>
                    <w:rFonts w:ascii="Noto Sans" w:hAnsi="Noto Sans"/>
                    <w:color w:val="66727A"/>
                    <w:sz w:val="15"/>
                  </w:rPr>
                  <w:t>Select date</w:t>
                </w:r>
              </w:sdtContent>
            </w:sdt>
          </w:p>
        </w:tc>
        <w:tc>
          <w:tcPr>
            <w:tcW w:type="dxa" w:w="2015"/>
            <w:tcMar>
              <w:top w:w="25" w:type="dxa"/>
              <w:start w:w="70" w:type="dxa"/>
              <w:bottom w:w="22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AFCFD"/>
          </w:tcPr>
          <w:p>
            <w:pPr>
              <w:spacing w:before="0" w:after="0" w:line="240" w:lineRule="auto"/>
              <w:jc w:val="center"/>
            </w:pPr>
            <w:r/>
            <w:sdt>
              <w:sdtPr>
                <w:alias w:val="Days_Present"/>
                <w:tag w:val="Days_Present"/>
                <w:id w:val="1016444790"/>
                <w:text/>
              </w:sdtPr>
              <w:sdtContent>
                <w:r>
                  <w:rPr>
                    <w:rFonts w:ascii="Noto Sans" w:hAnsi="Noto Sans" w:eastAsia="Noto Sans"/>
                    <w:color w:val="66727A"/>
                    <w:sz w:val="15"/>
                    <w:szCs w:val="15"/>
                  </w:rPr>
                  <w:t xml:space="preserve">Days present</w:t>
                </w:r>
              </w:sdtContent>
            </w:sdt>
          </w:p>
        </w:tc>
      </w:tr>
      <w:tr>
        <w:trPr>
          <w:trHeight w:val="389" w:hRule="exact"/>
        </w:trPr>
        <w:tc>
          <w:tcPr>
            <w:tcW w:type="dxa" w:w="3398"/>
            <w:tcMar>
              <w:top w:w="25" w:type="dxa"/>
              <w:start w:w="70" w:type="dxa"/>
              <w:bottom w:w="22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66727A"/>
                <w:sz w:val="12"/>
              </w:rPr>
              <w:t>TEACHER SIGNATURE</w:t>
            </w:r>
          </w:p>
        </w:tc>
        <w:tc>
          <w:tcPr>
            <w:tcW w:type="dxa" w:w="3398"/>
            <w:tcMar>
              <w:top w:w="25" w:type="dxa"/>
              <w:start w:w="70" w:type="dxa"/>
              <w:bottom w:w="22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66727A"/>
                <w:sz w:val="12"/>
              </w:rPr>
              <w:t>PARENT / GUARDIAN SIGNATURE</w:t>
            </w:r>
          </w:p>
        </w:tc>
        <w:tc>
          <w:tcPr>
            <w:tcW w:type="dxa" w:w="2059"/>
            <w:tcMar>
              <w:top w:w="25" w:type="dxa"/>
              <w:start w:w="70" w:type="dxa"/>
              <w:bottom w:w="22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66727A"/>
                <w:sz w:val="12"/>
              </w:rPr>
              <w:t>DATE</w:t>
            </w:r>
          </w:p>
        </w:tc>
        <w:tc>
          <w:tcPr>
            <w:tcW w:type="dxa" w:w="2015"/>
            <w:tcMar>
              <w:top w:w="25" w:type="dxa"/>
              <w:start w:w="70" w:type="dxa"/>
              <w:bottom w:w="22" w:type="dxa"/>
              <w:end w:w="70" w:type="dxa"/>
            </w:tcMar>
            <w:vAlign w:val="center"/>
            <w:tcBorders>
              <w:top w:val="nil"/>
              <w:left w:val="nil"/>
              <w:bottom w:val="single" w:sz="5" w:color="D7DEE3"/>
              <w:right w:val="nil"/>
            </w:tcBorders>
            <w:shd w:val="clear" w:color="auto" w:fill="FFFFFF"/>
          </w:tcPr>
          <w:p>
            <w:pPr>
              <w:spacing w:before="0" w:after="0" w:line="240" w:lineRule="auto"/>
              <w:jc w:val="center"/>
            </w:pPr>
            <w:r/>
            <w:r>
              <w:rPr>
                <w:rFonts w:ascii="Noto Sans Display" w:hAnsi="Noto Sans Display" w:eastAsia="Noto Sans Display"/>
                <w:b/>
                <w:i w:val="0"/>
                <w:color w:val="66727A"/>
                <w:sz w:val="12"/>
              </w:rPr>
              <w:t>ATTENDANCE</w:t>
            </w:r>
          </w:p>
        </w:tc>
      </w:tr>
    </w:tbl>
    <w:sectPr w:rsidR="00FC693F" w:rsidRPr="0006063C" w:rsidSect="00034616">
      <w:footerReference w:type="default" r:id="rId9"/>
      <w:pgSz w:w="11909" w:h="16834"/>
      <w:pgMar w:top="461" w:right="518" w:bottom="504" w:left="518" w:header="259" w:footer="259" w:gutter="0"/>
      <w:cols w:space="720"/>
      <w:docGrid w:linePitch="360"/>
      <w:pgBorders w:offsetFrom="page">
        <w:top w:val="single" w:sz="14" w:space="12" w:color="17324D"/>
        <w:left w:val="single" w:sz="14" w:space="12" w:color="17324D"/>
        <w:bottom w:val="single" w:sz="14" w:space="12" w:color="17324D"/>
        <w:right w:val="single" w:sz="14" w:space="12" w:color="17324D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keepNext w:val="0"/>
      <w:spacing w:before="0" w:after="0" w:line="240" w:lineRule="auto"/>
      <w:jc w:val="center"/>
    </w:pPr>
    <w:r>
      <w:rPr>
        <w:rFonts w:ascii="Noto Sans" w:hAnsi="Noto Sans" w:eastAsia="Noto Sans"/>
        <w:b/>
        <w:i w:val="0"/>
        <w:color w:val="66727A"/>
        <w:sz w:val="12"/>
      </w:rPr>
      <w:t xml:space="preserve">CONFIDENTIAL STUDENT RECORD  •  Editable Word Template  •  </w:t>
    </w: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compatibilityMode" w:uri="http://schemas.microsoft.com/office/word" w:val="15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  <w:updateFields w:val="tru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line="240" w:lineRule="auto"/>
    </w:pPr>
    <w:rPr>
      <w:rFonts w:ascii="Noto Sans" w:hAnsi="Noto Sans"/>
      <w:color w:val="263238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School Report Card Template</dc:title>
  <dc:subject>Editable and fillable student report card with checkbox controls and automatic average formulas</dc:subject>
  <dc:creator>OpenAI</dc:creator>
  <cp:keywords>school report card, Word template, fillable form, grades, student performance</cp:keywords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