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0000"/>
          <w:sz w:val="0"/>
        </w:rPr>
        <w:t>Pre-Trip Inspection Sheet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  <w:color w:val="FFFFFF"/>
                <w:sz w:val="0"/>
              </w:rPr>
              <w:t>Component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  <w:color w:val="FFFFFF"/>
                <w:sz w:val="0"/>
              </w:rPr>
              <w:t>Inspection Details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  <w:color w:val="FFFFFF"/>
                <w:sz w:val="0"/>
              </w:rPr>
              <w:t>Status (Checked/Issues)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  <w:color w:val="FFFFFF"/>
                <w:sz w:val="0"/>
              </w:rPr>
              <w:t>Remarks</w:t>
            </w:r>
          </w:p>
        </w:tc>
      </w:tr>
      <w:tr>
        <w:tc>
          <w:tcPr>
            <w:tcW w:type="dxa" w:w="2160"/>
          </w:tcPr>
          <w:p>
            <w:r>
              <w:t>Tires and Wheels</w:t>
            </w:r>
          </w:p>
        </w:tc>
        <w:tc>
          <w:tcPr>
            <w:tcW w:type="dxa" w:w="2160"/>
          </w:tcPr>
          <w:p>
            <w:r>
              <w:t>Check tire pressure, condition, and wheel tightness</w:t>
            </w:r>
          </w:p>
        </w:tc>
        <w:tc>
          <w:tcPr>
            <w:tcW w:type="dxa" w:w="2160"/>
          </w:tcPr>
          <w:p>
            <w:r>
              <w:t>✔️</w:t>
            </w:r>
          </w:p>
        </w:tc>
        <w:tc>
          <w:tcPr>
            <w:tcW w:type="dxa" w:w="2160"/>
          </w:tcPr>
          <w:p>
            <w:r>
              <w:t>Tires inflated to the recommended pressure</w:t>
            </w:r>
          </w:p>
        </w:tc>
      </w:tr>
      <w:tr>
        <w:tc>
          <w:tcPr>
            <w:tcW w:type="dxa" w:w="2160"/>
          </w:tcPr>
          <w:p>
            <w:r>
              <w:t>Brakes</w:t>
            </w:r>
          </w:p>
        </w:tc>
        <w:tc>
          <w:tcPr>
            <w:tcW w:type="dxa" w:w="2160"/>
          </w:tcPr>
          <w:p>
            <w:r>
              <w:t>Check brake fluid, brake pads, and test brake functionality</w:t>
            </w:r>
          </w:p>
        </w:tc>
        <w:tc>
          <w:tcPr>
            <w:tcW w:type="dxa" w:w="2160"/>
          </w:tcPr>
          <w:p>
            <w:r>
              <w:t>✔️</w:t>
            </w:r>
          </w:p>
        </w:tc>
        <w:tc>
          <w:tcPr>
            <w:tcW w:type="dxa" w:w="2160"/>
          </w:tcPr>
          <w:p>
            <w:r>
              <w:t>Brake fluid at correct level, no issues</w:t>
            </w:r>
          </w:p>
        </w:tc>
      </w:tr>
      <w:tr>
        <w:tc>
          <w:tcPr>
            <w:tcW w:type="dxa" w:w="2160"/>
          </w:tcPr>
          <w:p>
            <w:r>
              <w:t>Lights and Indicators</w:t>
            </w:r>
          </w:p>
        </w:tc>
        <w:tc>
          <w:tcPr>
            <w:tcW w:type="dxa" w:w="2160"/>
          </w:tcPr>
          <w:p>
            <w:r>
              <w:t>Check headlights, brake lights, indicators, and taillights</w:t>
            </w:r>
          </w:p>
        </w:tc>
        <w:tc>
          <w:tcPr>
            <w:tcW w:type="dxa" w:w="2160"/>
          </w:tcPr>
          <w:p>
            <w:r>
              <w:t>✔️</w:t>
            </w:r>
          </w:p>
        </w:tc>
        <w:tc>
          <w:tcPr>
            <w:tcW w:type="dxa" w:w="2160"/>
          </w:tcPr>
          <w:p>
            <w:r>
              <w:t>All lights working as expected</w:t>
            </w:r>
          </w:p>
        </w:tc>
      </w:tr>
      <w:tr>
        <w:tc>
          <w:tcPr>
            <w:tcW w:type="dxa" w:w="2160"/>
          </w:tcPr>
          <w:p>
            <w:r>
              <w:t>Engine and Fluids</w:t>
            </w:r>
          </w:p>
        </w:tc>
        <w:tc>
          <w:tcPr>
            <w:tcW w:type="dxa" w:w="2160"/>
          </w:tcPr>
          <w:p>
            <w:r>
              <w:t>Check engine oil, coolant, battery, and oil leaks</w:t>
            </w:r>
          </w:p>
        </w:tc>
        <w:tc>
          <w:tcPr>
            <w:tcW w:type="dxa" w:w="2160"/>
          </w:tcPr>
          <w:p>
            <w:r>
              <w:t>✔️</w:t>
            </w:r>
          </w:p>
        </w:tc>
        <w:tc>
          <w:tcPr>
            <w:tcW w:type="dxa" w:w="2160"/>
          </w:tcPr>
          <w:p>
            <w:r>
              <w:t>Oil level fine, no leaks observed</w:t>
            </w:r>
          </w:p>
        </w:tc>
      </w:tr>
      <w:tr>
        <w:tc>
          <w:tcPr>
            <w:tcW w:type="dxa" w:w="2160"/>
          </w:tcPr>
          <w:p>
            <w:r>
              <w:t>Suspension</w:t>
            </w:r>
          </w:p>
        </w:tc>
        <w:tc>
          <w:tcPr>
            <w:tcW w:type="dxa" w:w="2160"/>
          </w:tcPr>
          <w:p>
            <w:r>
              <w:t>Check shock absorbers, struts, and listen for unusual sounds</w:t>
            </w:r>
          </w:p>
        </w:tc>
        <w:tc>
          <w:tcPr>
            <w:tcW w:type="dxa" w:w="2160"/>
          </w:tcPr>
          <w:p>
            <w:r>
              <w:t>✔️</w:t>
            </w:r>
          </w:p>
        </w:tc>
        <w:tc>
          <w:tcPr>
            <w:tcW w:type="dxa" w:w="2160"/>
          </w:tcPr>
          <w:p>
            <w:r>
              <w:t>Suspension system in good condition</w:t>
            </w:r>
          </w:p>
        </w:tc>
      </w:tr>
      <w:tr>
        <w:tc>
          <w:tcPr>
            <w:tcW w:type="dxa" w:w="2160"/>
          </w:tcPr>
          <w:p>
            <w:r>
              <w:t>Windshield and Wipers</w:t>
            </w:r>
          </w:p>
        </w:tc>
        <w:tc>
          <w:tcPr>
            <w:tcW w:type="dxa" w:w="2160"/>
          </w:tcPr>
          <w:p>
            <w:r>
              <w:t>Check wiper blades, washer fluid, and windshield condition</w:t>
            </w:r>
          </w:p>
        </w:tc>
        <w:tc>
          <w:tcPr>
            <w:tcW w:type="dxa" w:w="2160"/>
          </w:tcPr>
          <w:p>
            <w:r>
              <w:t>✔️</w:t>
            </w:r>
          </w:p>
        </w:tc>
        <w:tc>
          <w:tcPr>
            <w:tcW w:type="dxa" w:w="2160"/>
          </w:tcPr>
          <w:p>
            <w:r>
              <w:t>Wiper blades are intact, washer fluid topped up</w:t>
            </w:r>
          </w:p>
        </w:tc>
      </w:tr>
      <w:tr>
        <w:tc>
          <w:tcPr>
            <w:tcW w:type="dxa" w:w="2160"/>
          </w:tcPr>
          <w:p>
            <w:r>
              <w:t>Emergency Equipment</w:t>
            </w:r>
          </w:p>
        </w:tc>
        <w:tc>
          <w:tcPr>
            <w:tcW w:type="dxa" w:w="2160"/>
          </w:tcPr>
          <w:p>
            <w:r>
              <w:t>Verify first aid kit, fire extinguisher, and reflective triangles</w:t>
            </w:r>
          </w:p>
        </w:tc>
        <w:tc>
          <w:tcPr>
            <w:tcW w:type="dxa" w:w="2160"/>
          </w:tcPr>
          <w:p>
            <w:r>
              <w:t>✔️</w:t>
            </w:r>
          </w:p>
        </w:tc>
        <w:tc>
          <w:tcPr>
            <w:tcW w:type="dxa" w:w="2160"/>
          </w:tcPr>
          <w:p>
            <w:r>
              <w:t>First aid kit fully stocked, extinguisher charged</w:t>
            </w:r>
          </w:p>
        </w:tc>
      </w:tr>
      <w:tr>
        <w:tc>
          <w:tcPr>
            <w:tcW w:type="dxa" w:w="2160"/>
          </w:tcPr>
          <w:p>
            <w:r>
              <w:t>Air Systems (for Trucks and Buses)</w:t>
            </w:r>
          </w:p>
        </w:tc>
        <w:tc>
          <w:tcPr>
            <w:tcW w:type="dxa" w:w="2160"/>
          </w:tcPr>
          <w:p>
            <w:r>
              <w:t>Check air pressure, listen for leaks in air system</w:t>
            </w:r>
          </w:p>
        </w:tc>
        <w:tc>
          <w:tcPr>
            <w:tcW w:type="dxa" w:w="2160"/>
          </w:tcPr>
          <w:p>
            <w:r>
              <w:t>✔️</w:t>
            </w:r>
          </w:p>
        </w:tc>
        <w:tc>
          <w:tcPr>
            <w:tcW w:type="dxa" w:w="2160"/>
          </w:tcPr>
          <w:p>
            <w:r>
              <w:t>No air leaks detected in the system</w:t>
            </w:r>
          </w:p>
        </w:tc>
      </w:tr>
      <w:tr>
        <w:tc>
          <w:tcPr>
            <w:tcW w:type="dxa" w:w="2160"/>
          </w:tcPr>
          <w:p>
            <w:r>
              <w:t>Interior Controls</w:t>
            </w:r>
          </w:p>
        </w:tc>
        <w:tc>
          <w:tcPr>
            <w:tcW w:type="dxa" w:w="2160"/>
          </w:tcPr>
          <w:p>
            <w:r>
              <w:t>Test horn, check climate controls, and seatbelt functionality</w:t>
            </w:r>
          </w:p>
        </w:tc>
        <w:tc>
          <w:tcPr>
            <w:tcW w:type="dxa" w:w="2160"/>
          </w:tcPr>
          <w:p>
            <w:r>
              <w:t>✔️</w:t>
            </w:r>
          </w:p>
        </w:tc>
        <w:tc>
          <w:tcPr>
            <w:tcW w:type="dxa" w:w="2160"/>
          </w:tcPr>
          <w:p>
            <w:r>
              <w:t>All interior controls functional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