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Medical Reimbursement Form</w:t>
      </w:r>
    </w:p>
    <w:p>
      <w:pPr>
        <w:pStyle w:val="Heading1"/>
      </w:pPr>
      <w:r>
        <w:t>Employee Details</w:t>
      </w:r>
    </w:p>
    <w:p>
      <w:r>
        <w:t>Employee Name: __________________________</w:t>
      </w:r>
    </w:p>
    <w:p>
      <w:r>
        <w:t>Employee ID: _____________________________</w:t>
      </w:r>
    </w:p>
    <w:p>
      <w:r>
        <w:t>Department: ______________________________</w:t>
      </w:r>
    </w:p>
    <w:p>
      <w:r>
        <w:t>Contact Number: _________________________</w:t>
      </w:r>
    </w:p>
    <w:p>
      <w:pPr>
        <w:pStyle w:val="Heading1"/>
      </w:pPr>
      <w:r>
        <w:t>Patient Details</w:t>
      </w:r>
    </w:p>
    <w:p>
      <w:r>
        <w:t>Patient Name: ____________________________</w:t>
      </w:r>
    </w:p>
    <w:p>
      <w:r>
        <w:t>Relationship to Employee: ________________</w:t>
      </w:r>
    </w:p>
    <w:p>
      <w:r>
        <w:t>Age: __________   Gender: ________________</w:t>
      </w:r>
    </w:p>
    <w:p>
      <w:pPr>
        <w:pStyle w:val="Heading1"/>
      </w:pPr>
      <w:r>
        <w:t>Medical Details</w:t>
      </w:r>
    </w:p>
    <w:p>
      <w:r>
        <w:t>Name of Hospital/Clinic: _________________</w:t>
      </w:r>
    </w:p>
    <w:p>
      <w:r>
        <w:t>Doctor Name: _____________________________</w:t>
      </w:r>
    </w:p>
    <w:p>
      <w:r>
        <w:t>Diagnosis: _______________________________</w:t>
      </w:r>
    </w:p>
    <w:p>
      <w:r>
        <w:t>Treatment Details: _______________________</w:t>
      </w:r>
    </w:p>
    <w:p>
      <w:pPr>
        <w:pStyle w:val="Heading1"/>
      </w:pPr>
      <w:r>
        <w:t>Expense Details</w:t>
      </w:r>
    </w:p>
    <w:p>
      <w:r>
        <w:t>Date of Treatment: _______________________</w:t>
      </w:r>
    </w:p>
    <w:p>
      <w:r>
        <w:t>Consultation Charges: ____________________</w:t>
      </w:r>
    </w:p>
    <w:p>
      <w:r>
        <w:t>Medicine Charges: ________________________</w:t>
      </w:r>
    </w:p>
    <w:p>
      <w:r>
        <w:t>Lab/Test Charges: ________________________</w:t>
      </w:r>
    </w:p>
    <w:p>
      <w:r>
        <w:t>Other Charges: ___________________________</w:t>
      </w:r>
    </w:p>
    <w:p>
      <w:r>
        <w:t>Total Amount Claimed: ____________________</w:t>
      </w:r>
    </w:p>
    <w:p>
      <w:pPr>
        <w:pStyle w:val="Heading1"/>
      </w:pPr>
      <w:r>
        <w:t>Bank Details</w:t>
      </w:r>
    </w:p>
    <w:p>
      <w:r>
        <w:t>Bank Name: _______________________________</w:t>
      </w:r>
    </w:p>
    <w:p>
      <w:r>
        <w:t>Account Number: _________________________</w:t>
      </w:r>
    </w:p>
    <w:p>
      <w:r>
        <w:t>IFSC/SWIFT Code: ________________________</w:t>
      </w:r>
    </w:p>
    <w:p>
      <w:pPr>
        <w:pStyle w:val="Heading1"/>
      </w:pPr>
      <w:r>
        <w:t>Declaration</w:t>
      </w:r>
    </w:p>
    <w:p>
      <w:r>
        <w:t>I hereby declare that the information provided is true and correct, and the expenses claimed are genuine.</w:t>
      </w:r>
    </w:p>
    <w:p>
      <w:r>
        <w:t>Signature: ____________________________</w:t>
      </w:r>
    </w:p>
    <w:p>
      <w:r>
        <w:t>Date: 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